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drawing>
          <wp:inline xmlns:a="http://schemas.openxmlformats.org/drawingml/2006/main" xmlns:pic="http://schemas.openxmlformats.org/drawingml/2006/picture">
            <wp:extent cx="5040000" cy="167663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rierHub_Bann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766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ubtitle"/>
        <w:jc w:val="center"/>
      </w:pPr>
      <w:r>
        <w:t>Club Championship Digest — Race 14 recap</w:t>
      </w:r>
    </w:p>
    <w:p>
      <w:pPr>
        <w:jc w:val="center"/>
      </w:pPr>
      <w:r>
        <w:rPr>
          <w:i/>
          <w:color w:val="777777"/>
        </w:rPr>
        <w:t>Earth Runs Virtual 4.5 Mile</w:t>
      </w:r>
    </w:p>
    <w:p>
      <w:pPr/>
      <w:r>
        <w:rPr>
          <w:b/>
        </w:rPr>
        <w:t xml:space="preserve">Summary: </w:t>
      </w:r>
      <w:r>
        <w:t>Earth Runs Virtual 4.5 saw 8 Chippenham Harriers finishers and left the standings set after race 14. 1 athlete hit participation milestone. Debby Edwards climbed +8 places.</w:t>
      </w:r>
    </w:p>
    <w:p>
      <w:pPr/>
      <w:r>
        <w:rPr>
          <w:b/>
        </w:rPr>
        <w:t xml:space="preserve">Next up: </w:t>
      </w:r>
      <w:r>
        <w:t>If you’re chasing a streak, keep it rolling next race —every finish counts towards your championship tally. Remember to let us know any Half or Marathon races to include.</w:t>
      </w:r>
    </w:p>
    <w:p>
      <w:pPr>
        <w:spacing w:before="160" w:after="160"/>
        <w:pBdr>
          <w:bottom w:val="single" w:sz="6" w:space="1" w:color="D9DDE6"/>
        </w:pBdr>
      </w:pPr>
    </w:p>
    <w:p>
      <w:pPr>
        <w:pStyle w:val="Heading2"/>
      </w:pPr>
      <w:r>
        <w:t>At a glance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2551"/>
            <w:shd w:val="clear" w:color="auto" w:fill="EEF2FA"/>
          </w:tcPr>
          <w:p>
            <w:r>
              <w:rPr>
                <w:rFonts w:ascii="Aptos" w:hAnsi="Aptos"/>
                <w:b/>
                <w:color w:val="1A3D7C"/>
                <w:sz w:val="22"/>
              </w:rPr>
              <w:t>Biggest climbs</w:t>
            </w:r>
          </w:p>
        </w:tc>
        <w:tc>
          <w:tcPr>
            <w:tcW w:type="dxa" w:w="7087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Glyn Bethell (+38)</w:t>
              <w:br/>
              <w:t>Debby Edwards (+8)</w:t>
              <w:br/>
              <w:t>Tim Wilmshurst (+6)</w:t>
              <w:br/>
              <w:t>Neil Perry (+3)</w:t>
              <w:br/>
              <w:t>Mark Powell (+3)</w:t>
            </w:r>
          </w:p>
        </w:tc>
      </w:tr>
      <w:tr>
        <w:tc>
          <w:tcPr>
            <w:tcW w:type="dxa" w:w="2551"/>
            <w:shd w:val="clear" w:color="auto" w:fill="EEF2FA"/>
          </w:tcPr>
          <w:p>
            <w:r>
              <w:rPr>
                <w:rFonts w:ascii="Aptos" w:hAnsi="Aptos"/>
                <w:b/>
                <w:color w:val="1A3D7C"/>
                <w:sz w:val="22"/>
              </w:rPr>
              <w:t>Next best movers</w:t>
            </w:r>
          </w:p>
        </w:tc>
        <w:tc>
          <w:tcPr>
            <w:tcW w:type="dxa" w:w="7087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Robert Davis (+3)</w:t>
            </w:r>
          </w:p>
        </w:tc>
      </w:tr>
    </w:tbl>
    <w:p>
      <w:pPr>
        <w:spacing w:before="160" w:after="160"/>
        <w:pBdr>
          <w:bottom w:val="single" w:sz="6" w:space="1" w:color="D9DDE6"/>
        </w:pBdr>
      </w:pPr>
    </w:p>
    <w:p>
      <w:pPr>
        <w:pStyle w:val="Heading2"/>
      </w:pPr>
      <w:r>
        <w:t>Shout-outs</w:t>
      </w:r>
    </w:p>
    <w:p>
      <w:pPr/>
      <w:r>
        <w:rPr>
          <w:b/>
        </w:rPr>
        <w:t xml:space="preserve">First championship appearances this round: </w:t>
      </w:r>
      <w:r>
        <w:t>Glyn Bethell.</w:t>
      </w:r>
    </w:p>
    <w:p>
      <w:pPr/>
      <w:r>
        <w:rPr>
          <w:b/>
        </w:rPr>
        <w:t xml:space="preserve">Milestone moment: </w:t>
      </w:r>
      <w:r>
        <w:t>1 athlete hit participation milestones—brilliant consistency.</w:t>
      </w:r>
    </w:p>
    <w:p>
      <w:pPr/>
      <w:r>
        <w:rPr>
          <w:b/>
        </w:rPr>
        <w:t xml:space="preserve">Momentum builders: </w:t>
      </w:r>
      <w:r>
        <w:t>lots of 💪 comebacks and 🔥 streaks this race.</w:t>
      </w:r>
    </w:p>
    <w:p>
      <w:pPr>
        <w:spacing w:before="160" w:after="160"/>
        <w:pBdr>
          <w:bottom w:val="single" w:sz="6" w:space="1" w:color="D9DDE6"/>
        </w:pBdr>
      </w:pPr>
    </w:p>
    <w:p>
      <w:pPr>
        <w:pStyle w:val="Heading2"/>
      </w:pPr>
      <w:r>
        <w:t>Badges earned this race</w:t>
      </w:r>
    </w:p>
    <w:p>
      <w:pPr/>
      <w:r>
        <w:rPr>
          <w:b/>
        </w:rPr>
        <w:t xml:space="preserve">💪 Comeback Kid: </w:t>
      </w:r>
      <w:r>
        <w:t>Ben Engstrom, Debby Edwards, Julie Trudgeon, Mark Powell, Neil Perry, Robert Davis, Tim Wilmshurst</w:t>
      </w:r>
    </w:p>
    <w:p>
      <w:pPr/>
      <w:r>
        <w:rPr>
          <w:b/>
        </w:rPr>
        <w:t xml:space="preserve">🚀 Big Mover: </w:t>
      </w:r>
      <w:r>
        <w:t>Glyn Bethell</w:t>
      </w:r>
    </w:p>
    <w:p>
      <w:pPr>
        <w:pStyle w:val="Heading3"/>
      </w:pPr>
      <w:r>
        <w:t>Category Podiums</w:t>
      </w:r>
    </w:p>
    <w:p>
      <w:pPr/>
      <w:r>
        <w:rPr>
          <w:b/>
        </w:rPr>
        <w:t xml:space="preserve">Senior Male: </w:t>
      </w:r>
      <w:r>
        <w:t>1st Ben Engstrom</w:t>
      </w:r>
    </w:p>
    <w:p>
      <w:pPr/>
      <w:r>
        <w:rPr>
          <w:b/>
        </w:rPr>
        <w:t xml:space="preserve">Senior Female: </w:t>
      </w:r>
      <w:r>
        <w:t>1st Debby Edwards</w:t>
      </w:r>
    </w:p>
    <w:p>
      <w:pPr/>
      <w:r>
        <w:rPr>
          <w:b/>
        </w:rPr>
        <w:t xml:space="preserve">V40 Male: </w:t>
      </w:r>
      <w:r>
        <w:t>1st Neil Perry, 2nd Robert Davis</w:t>
      </w:r>
    </w:p>
    <w:p>
      <w:pPr/>
      <w:r>
        <w:rPr>
          <w:b/>
        </w:rPr>
        <w:t xml:space="preserve">V50 Male: </w:t>
      </w:r>
      <w:r>
        <w:t>1st Mark Powell, 2nd Tim Wilmshurst</w:t>
      </w:r>
    </w:p>
    <w:p>
      <w:pPr/>
      <w:r>
        <w:rPr>
          <w:b/>
        </w:rPr>
        <w:t xml:space="preserve">V60 Male: </w:t>
      </w:r>
      <w:r>
        <w:t>1st Glyn Bethell</w:t>
      </w:r>
    </w:p>
    <w:p>
      <w:pPr/>
      <w:r>
        <w:rPr>
          <w:b/>
        </w:rPr>
        <w:t xml:space="preserve">V60 Female: </w:t>
      </w:r>
      <w:r>
        <w:t>1st Julie Trudgeon</w:t>
      </w:r>
    </w:p>
    <w:p>
      <w:pPr>
        <w:spacing w:before="160" w:after="160"/>
        <w:pBdr>
          <w:bottom w:val="single" w:sz="6" w:space="1" w:color="D9DDE6"/>
        </w:pBdr>
      </w:pPr>
    </w:p>
    <w:p>
      <w:pPr>
        <w:pStyle w:val="Heading2"/>
      </w:pPr>
      <w:r>
        <w:t>Top Speed Highlights</w:t>
      </w:r>
    </w:p>
    <w:p>
      <w:pPr/>
      <w:r>
        <w:rPr>
          <w:b/>
        </w:rPr>
        <w:t xml:space="preserve">Fastest Male: </w:t>
      </w:r>
      <w:r>
        <w:t>Ben Engstrom  28:46.0</w:t>
      </w:r>
    </w:p>
    <w:p>
      <w:pPr/>
      <w:r>
        <w:rPr>
          <w:b/>
        </w:rPr>
        <w:t xml:space="preserve">Fastest Female: </w:t>
      </w:r>
      <w:r>
        <w:t>Julie Trudgeon  38:38.0</w:t>
      </w:r>
    </w:p>
    <w:p>
      <w:pPr/>
      <w:r>
        <w:rPr>
          <w:b/>
        </w:rPr>
        <w:t xml:space="preserve">Fastest Senior Male: </w:t>
      </w:r>
      <w:r>
        <w:t>Ben Engstrom  28:46.0</w:t>
      </w:r>
    </w:p>
    <w:p>
      <w:pPr/>
      <w:r>
        <w:rPr>
          <w:b/>
        </w:rPr>
        <w:t xml:space="preserve">Fastest Senior Female: </w:t>
      </w:r>
      <w:r>
        <w:t>Debby Edwards  42:56.0</w:t>
      </w:r>
    </w:p>
    <w:p>
      <w:pPr/>
      <w:r>
        <w:rPr>
          <w:b/>
        </w:rPr>
        <w:t xml:space="preserve">Fastest V40 Male: </w:t>
      </w:r>
      <w:r>
        <w:t>Neil Perry  29:15.0</w:t>
      </w:r>
    </w:p>
    <w:p>
      <w:pPr/>
      <w:r>
        <w:rPr>
          <w:b/>
        </w:rPr>
        <w:t xml:space="preserve">Fastest V50 Male: </w:t>
      </w:r>
      <w:r>
        <w:t>Mark Powell  34:24.0</w:t>
      </w:r>
    </w:p>
    <w:p>
      <w:pPr/>
      <w:r>
        <w:rPr>
          <w:b/>
        </w:rPr>
        <w:t xml:space="preserve">Fastest V60 Male: </w:t>
      </w:r>
      <w:r>
        <w:t>Glyn Bethell  36:49.0</w:t>
      </w:r>
    </w:p>
    <w:p>
      <w:pPr/>
      <w:r>
        <w:rPr>
          <w:b/>
        </w:rPr>
        <w:t xml:space="preserve">Fastest V60 Female: </w:t>
      </w:r>
      <w:r>
        <w:t>Julie Trudgeon  38:38.0</w:t>
      </w:r>
    </w:p>
    <w:p>
      <w:pPr>
        <w:spacing w:before="160" w:after="160"/>
        <w:pBdr>
          <w:bottom w:val="single" w:sz="6" w:space="1" w:color="D9DDE6"/>
        </w:pBdr>
      </w:pPr>
    </w:p>
    <w:p>
      <w:pPr>
        <w:pStyle w:val="Heading2"/>
      </w:pPr>
      <w:r>
        <w:t>Championship Events</w:t>
      </w:r>
    </w:p>
    <w:p>
      <w:pPr/>
      <w:r>
        <w:t>Upcoming and completed championship events, with the scheduled race dates.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175"/>
        <w:gridCol w:w="3175"/>
        <w:gridCol w:w="3175"/>
      </w:tblGrid>
      <w:tr>
        <w:tc>
          <w:tcPr>
            <w:tcW w:type="dxa" w:w="3175"/>
            <w:shd w:val="clear" w:color="auto" w:fill="1A3D7C"/>
          </w:tcPr>
          <w:p>
            <w:r>
              <w:rPr>
                <w:rFonts w:ascii="Aptos" w:hAnsi="Aptos"/>
                <w:b/>
                <w:color w:val="FFFFFF"/>
                <w:sz w:val="22"/>
              </w:rPr>
              <w:t>Race</w:t>
            </w:r>
          </w:p>
        </w:tc>
        <w:tc>
          <w:tcPr>
            <w:tcW w:type="dxa" w:w="3175"/>
            <w:shd w:val="clear" w:color="auto" w:fill="1A3D7C"/>
          </w:tcPr>
          <w:p>
            <w:r>
              <w:rPr>
                <w:rFonts w:ascii="Aptos" w:hAnsi="Aptos"/>
                <w:b/>
                <w:color w:val="FFFFFF"/>
                <w:sz w:val="22"/>
              </w:rPr>
              <w:t>Event</w:t>
            </w:r>
          </w:p>
        </w:tc>
        <w:tc>
          <w:tcPr>
            <w:tcW w:type="dxa" w:w="3175"/>
            <w:shd w:val="clear" w:color="auto" w:fill="1A3D7C"/>
          </w:tcPr>
          <w:p>
            <w:r>
              <w:rPr>
                <w:rFonts w:ascii="Aptos" w:hAnsi="Aptos"/>
                <w:b/>
                <w:color w:val="FFFFFF"/>
                <w:sz w:val="22"/>
              </w:rPr>
              <w:t>Date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01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Your Best Chippenham Park Run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Every Week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02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Your Best Half Marathon (anywhere)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any time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03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Your Best Marathon (anywhere)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any time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04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Best Lacock Relay time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26 may, 30 jun, 28 jul, 25 aug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05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National Trust 10k at Avebury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monthly (4th Sunday monthly)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06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National Trust 10k at Woodchester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monthly (4th Sunday monthly)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07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Lightening Bolt 10k Series (best time)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12 Apr, 21 Jun, 19 Jul, 16 Aug, 18 Oct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08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1 Mile Time Trial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specified dates (tbc)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09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Heddington 5k Series (best time)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16 Jun, 21 Jul, 18 Aug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10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Westbury 5k Series (best time)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12 May, 9 Jun, 14 Jul, 11 Aug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11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Hazelbury Hurrah! (10k trail)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10-07-2026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12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Longest Day 10k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24-06-2026</w:t>
            </w:r>
          </w:p>
        </w:tc>
      </w:tr>
      <w:tr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13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Mother Tuckers 10k</w:t>
            </w:r>
          </w:p>
        </w:tc>
        <w:tc>
          <w:tcPr>
            <w:tcW w:type="dxa" w:w="3175"/>
            <w:shd w:val="clear" w:color="auto" w:fill="EEF2FA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04-10-2026</w:t>
            </w:r>
          </w:p>
        </w:tc>
      </w:tr>
      <w:tr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/>
                <w:color w:val="3D3D3D"/>
                <w:sz w:val="22"/>
              </w:rPr>
              <w:t>Race 14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Earth Runs Virtual 4.5 Mile</w:t>
            </w:r>
          </w:p>
        </w:tc>
        <w:tc>
          <w:tcPr>
            <w:tcW w:type="dxa" w:w="3175"/>
            <w:shd w:val="clear" w:color="auto" w:fill="FFFFFF"/>
          </w:tcPr>
          <w:p>
            <w:r>
              <w:rPr>
                <w:rFonts w:ascii="Aptos" w:hAnsi="Aptos"/>
                <w:b w:val="0"/>
                <w:color w:val="3D3D3D"/>
                <w:sz w:val="22"/>
              </w:rPr>
              <w:t>any time</w:t>
            </w:r>
          </w:p>
        </w:tc>
      </w:tr>
    </w:tbl>
    <w:sectPr w:rsidR="00FC693F" w:rsidRPr="0006063C" w:rsidSect="00034616">
      <w:headerReference w:type="default" r:id="rId10"/>
      <w:headerReference w:type="first" r:id="rId11"/>
      <w:headerReference w:type="even" r:id="rId12"/>
      <w:footerReference w:type="default" r:id="rId13"/>
      <w:footerReference w:type="first" r:id="rId14"/>
      <w:footerReference w:type="even" r:id="rId15"/>
      <w:pgSz w:w="11906" w:h="16838"/>
      <w:pgMar w:top="1304" w:right="1191" w:bottom="1304" w:left="1191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tabs>
        <w:tab w:val="right" w:pos="9526"/>
      </w:tabs>
    </w:pPr>
    <w:r>
      <w:rPr>
        <w:rFonts w:ascii="Aptos" w:hAnsi="Aptos"/>
        <w:color w:val="888888"/>
        <w:sz w:val="16"/>
      </w:rPr>
      <w:t xml:space="preserve">© Chippenham Harriers 2026  ·  Generated by HarrierHub  ·  Page </w:t>
    </w:r>
    <w:r>
      <w:rPr>
        <w:rFonts w:ascii="Aptos" w:hAnsi="Aptos"/>
        <w:sz w:val="16"/>
        <w:color w:val="888888"/>
      </w:rPr>
      <w:fldChar w:fldCharType="begin"/>
    </w:r>
    <w:r>
      <w:rPr>
        <w:rFonts w:ascii="Aptos" w:hAnsi="Aptos"/>
        <w:sz w:val="16"/>
        <w:color w:val="888888"/>
      </w:rPr>
      <w:instrText xml:space="preserve"> PAGE </w:instrText>
    </w:r>
    <w:r>
      <w:rPr>
        <w:rFonts w:ascii="Aptos" w:hAnsi="Aptos"/>
        <w:sz w:val="16"/>
        <w:color w:val="888888"/>
      </w:rPr>
      <w:fldChar w:fldCharType="end"/>
    </w:r>
    <w:r>
      <w:rPr>
        <w:rFonts w:ascii="Aptos" w:hAnsi="Aptos"/>
        <w:color w:val="888888"/>
        <w:sz w:val="16"/>
      </w:rPr>
      <w:t xml:space="preserve"> of </w:t>
    </w:r>
    <w:r>
      <w:rPr>
        <w:rFonts w:ascii="Aptos" w:hAnsi="Aptos"/>
        <w:sz w:val="16"/>
        <w:color w:val="888888"/>
      </w:rPr>
      <w:fldChar w:fldCharType="begin"/>
    </w:r>
    <w:r>
      <w:rPr>
        <w:rFonts w:ascii="Aptos" w:hAnsi="Aptos"/>
        <w:sz w:val="16"/>
        <w:color w:val="888888"/>
      </w:rPr>
      <w:instrText xml:space="preserve"> NUMPAGES </w:instrText>
    </w:r>
    <w:r>
      <w:rPr>
        <w:rFonts w:ascii="Aptos" w:hAnsi="Aptos"/>
        <w:sz w:val="16"/>
        <w:color w:val="888888"/>
      </w:rPr>
      <w:fldChar w:fldCharType="end"/>
    </w:r>
    <w:r>
      <w:tab/>
    </w:r>
    <w:r>
      <w:rPr>
        <w:rFonts w:ascii="Aptos" w:hAnsi="Aptos"/>
        <w:color w:val="888888"/>
        <w:sz w:val="16"/>
      </w:rPr>
      <w:t>Digest_2026-08-31 - Season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tabs>
        <w:tab w:val="right" w:pos="9526"/>
      </w:tabs>
    </w:pPr>
    <w:r>
      <w:rPr>
        <w:rFonts w:ascii="Aptos" w:hAnsi="Aptos"/>
        <w:color w:val="888888"/>
        <w:sz w:val="16"/>
      </w:rPr>
      <w:t xml:space="preserve">© Chippenham Harriers 2026  ·  Generated by HarrierHub  ·  Page </w:t>
    </w:r>
    <w:r>
      <w:rPr>
        <w:rFonts w:ascii="Aptos" w:hAnsi="Aptos"/>
        <w:sz w:val="16"/>
        <w:color w:val="888888"/>
      </w:rPr>
      <w:fldChar w:fldCharType="begin"/>
    </w:r>
    <w:r>
      <w:rPr>
        <w:rFonts w:ascii="Aptos" w:hAnsi="Aptos"/>
        <w:sz w:val="16"/>
        <w:color w:val="888888"/>
      </w:rPr>
      <w:instrText xml:space="preserve"> PAGE </w:instrText>
    </w:r>
    <w:r>
      <w:rPr>
        <w:rFonts w:ascii="Aptos" w:hAnsi="Aptos"/>
        <w:sz w:val="16"/>
        <w:color w:val="888888"/>
      </w:rPr>
      <w:fldChar w:fldCharType="end"/>
    </w:r>
    <w:r>
      <w:rPr>
        <w:rFonts w:ascii="Aptos" w:hAnsi="Aptos"/>
        <w:color w:val="888888"/>
        <w:sz w:val="16"/>
      </w:rPr>
      <w:t xml:space="preserve"> of </w:t>
    </w:r>
    <w:r>
      <w:rPr>
        <w:rFonts w:ascii="Aptos" w:hAnsi="Aptos"/>
        <w:sz w:val="16"/>
        <w:color w:val="888888"/>
      </w:rPr>
      <w:fldChar w:fldCharType="begin"/>
    </w:r>
    <w:r>
      <w:rPr>
        <w:rFonts w:ascii="Aptos" w:hAnsi="Aptos"/>
        <w:sz w:val="16"/>
        <w:color w:val="888888"/>
      </w:rPr>
      <w:instrText xml:space="preserve"> NUMPAGES </w:instrText>
    </w:r>
    <w:r>
      <w:rPr>
        <w:rFonts w:ascii="Aptos" w:hAnsi="Aptos"/>
        <w:sz w:val="16"/>
        <w:color w:val="888888"/>
      </w:rPr>
      <w:fldChar w:fldCharType="end"/>
    </w:r>
    <w:r>
      <w:tab/>
    </w:r>
    <w:r>
      <w:rPr>
        <w:rFonts w:ascii="Aptos" w:hAnsi="Aptos"/>
        <w:color w:val="888888"/>
        <w:sz w:val="16"/>
      </w:rPr>
      <w:t>Digest_2026-08-31 - Season 2026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tabs>
        <w:tab w:val="right" w:pos="9526"/>
      </w:tabs>
    </w:pPr>
    <w:r>
      <w:rPr>
        <w:rFonts w:ascii="Aptos" w:hAnsi="Aptos"/>
        <w:color w:val="888888"/>
        <w:sz w:val="16"/>
      </w:rPr>
      <w:t xml:space="preserve">© Chippenham Harriers 2026  ·  Generated by HarrierHub  ·  Page </w:t>
    </w:r>
    <w:r>
      <w:rPr>
        <w:rFonts w:ascii="Aptos" w:hAnsi="Aptos"/>
        <w:sz w:val="16"/>
        <w:color w:val="888888"/>
      </w:rPr>
      <w:fldChar w:fldCharType="begin"/>
    </w:r>
    <w:r>
      <w:rPr>
        <w:rFonts w:ascii="Aptos" w:hAnsi="Aptos"/>
        <w:sz w:val="16"/>
        <w:color w:val="888888"/>
      </w:rPr>
      <w:instrText xml:space="preserve"> PAGE </w:instrText>
    </w:r>
    <w:r>
      <w:rPr>
        <w:rFonts w:ascii="Aptos" w:hAnsi="Aptos"/>
        <w:sz w:val="16"/>
        <w:color w:val="888888"/>
      </w:rPr>
      <w:fldChar w:fldCharType="end"/>
    </w:r>
    <w:r>
      <w:rPr>
        <w:rFonts w:ascii="Aptos" w:hAnsi="Aptos"/>
        <w:color w:val="888888"/>
        <w:sz w:val="16"/>
      </w:rPr>
      <w:t xml:space="preserve"> of </w:t>
    </w:r>
    <w:r>
      <w:rPr>
        <w:rFonts w:ascii="Aptos" w:hAnsi="Aptos"/>
        <w:sz w:val="16"/>
        <w:color w:val="888888"/>
      </w:rPr>
      <w:fldChar w:fldCharType="begin"/>
    </w:r>
    <w:r>
      <w:rPr>
        <w:rFonts w:ascii="Aptos" w:hAnsi="Aptos"/>
        <w:sz w:val="16"/>
        <w:color w:val="888888"/>
      </w:rPr>
      <w:instrText xml:space="preserve"> NUMPAGES </w:instrText>
    </w:r>
    <w:r>
      <w:rPr>
        <w:rFonts w:ascii="Aptos" w:hAnsi="Aptos"/>
        <w:sz w:val="16"/>
        <w:color w:val="888888"/>
      </w:rPr>
      <w:fldChar w:fldCharType="end"/>
    </w:r>
    <w:r>
      <w:tab/>
    </w:r>
    <w:r>
      <w:rPr>
        <w:rFonts w:ascii="Aptos" w:hAnsi="Aptos"/>
        <w:color w:val="888888"/>
        <w:sz w:val="16"/>
      </w:rPr>
      <w:t>Digest_2026-08-31 - Season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/>
    </w:pPr>
    <w:rPr>
      <w:rFonts w:ascii="Aptos" w:hAnsi="Aptos"/>
      <w:b w:val="0"/>
      <w:color w:val="3D3D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1A3D7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354F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20"/>
    </w:pPr>
    <w:rPr>
      <w:rFonts w:asciiTheme="majorHAnsi" w:eastAsiaTheme="majorEastAsia" w:hAnsiTheme="majorHAnsi" w:cstheme="majorBidi" w:ascii="Aptos" w:hAnsi="Aptos"/>
      <w:b w:val="0"/>
      <w:i/>
      <w:iCs/>
      <w:color w:val="555555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