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120"/>
        <w:jc w:val="center"/>
      </w:pPr>
      <w:r>
        <w:drawing>
          <wp:inline xmlns:a="http://schemas.openxmlformats.org/drawingml/2006/main" xmlns:pic="http://schemas.openxmlformats.org/drawingml/2006/picture">
            <wp:extent cx="5040000" cy="1676633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HarrierHub_Banner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1676633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before="0" w:after="80"/>
        <w:jc w:val="center"/>
      </w:pPr>
      <w:r>
        <w:rPr>
          <w:b/>
          <w:color w:val="354F7A"/>
          <w:sz w:val="26"/>
        </w:rPr>
        <w:t>Season 2026</w:t>
      </w:r>
    </w:p>
    <w:p>
      <w:pPr>
        <w:pStyle w:val="Subtitle"/>
        <w:jc w:val="center"/>
      </w:pPr>
      <w:r>
        <w:rPr>
          <w:b/>
          <w:color w:val="1A3D7C"/>
          <w:sz w:val="36"/>
        </w:rPr>
        <w:t>Standings as at 23 Jun 2026</w:t>
      </w:r>
    </w:p>
    <w:p>
      <w:pPr>
        <w:jc w:val="center"/>
      </w:pPr>
      <w:r>
        <w:rPr>
          <w:i/>
          <w:color w:val="666666"/>
        </w:rPr>
        <w:t>Top 20 standings across every championship table</w:t>
      </w:r>
    </w:p>
    <w:p>
      <w:pPr/>
      <w:r>
        <w:rPr>
          <w:b/>
        </w:rPr>
        <w:t xml:space="preserve">Overview: </w:t>
      </w:r>
      <w:r>
        <w:t>A quick-read championship report showing the current top 20 in each table, with podium rows highlighted and category leaders summarised at the end.</w:t>
      </w:r>
    </w:p>
    <w:p>
      <w:pPr>
        <w:spacing w:before="160" w:after="160"/>
        <w:pBdr>
          <w:bottom w:val="single" w:sz="6" w:space="1" w:color="D9DDE6"/>
        </w:pBdr>
      </w:pPr>
    </w:p>
    <w:p>
      <w:pPr>
        <w:pStyle w:val="Heading2"/>
      </w:pPr>
      <w:r>
        <w:t>Men's Championship</w:t>
      </w:r>
    </w:p>
    <w:p>
      <w:pPr/>
      <w:r>
        <w:rPr>
          <w:b/>
        </w:rPr>
        <w:t xml:space="preserve">Leader: </w:t>
      </w:r>
      <w:r>
        <w:t>Jon Hicks leads on 173 points, with the table below showing the current top 20.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905"/>
        <w:gridCol w:w="1905"/>
        <w:gridCol w:w="1905"/>
        <w:gridCol w:w="1905"/>
        <w:gridCol w:w="1905"/>
      </w:tblGrid>
      <w:tr>
        <w:tc>
          <w:tcPr>
            <w:tcW w:type="dxa" w:w="1905"/>
            <w:shd w:val="clear" w:color="auto" w:fill="1A3D7C"/>
            <w:vAlign w:val="center"/>
          </w:tcPr>
          <w:p>
            <w:r>
              <w:rPr>
                <w:rFonts w:ascii="Aptos" w:hAnsi="Aptos"/>
                <w:b/>
                <w:color w:val="FFFFFF"/>
                <w:sz w:val="20"/>
              </w:rPr>
              <w:t>Pos</w:t>
            </w:r>
          </w:p>
        </w:tc>
        <w:tc>
          <w:tcPr>
            <w:tcW w:type="dxa" w:w="1905"/>
            <w:shd w:val="clear" w:color="auto" w:fill="1A3D7C"/>
            <w:vAlign w:val="center"/>
          </w:tcPr>
          <w:p>
            <w:r>
              <w:rPr>
                <w:rFonts w:ascii="Aptos" w:hAnsi="Aptos"/>
                <w:b/>
                <w:color w:val="FFFFFF"/>
                <w:sz w:val="20"/>
              </w:rPr>
              <w:t>Athlete</w:t>
            </w:r>
          </w:p>
        </w:tc>
        <w:tc>
          <w:tcPr>
            <w:tcW w:type="dxa" w:w="1905"/>
            <w:shd w:val="clear" w:color="auto" w:fill="1A3D7C"/>
            <w:vAlign w:val="center"/>
          </w:tcPr>
          <w:p>
            <w:r>
              <w:rPr>
                <w:rFonts w:ascii="Aptos" w:hAnsi="Aptos"/>
                <w:b/>
                <w:color w:val="FFFFFF"/>
                <w:sz w:val="20"/>
              </w:rPr>
              <w:t>Category</w:t>
            </w:r>
          </w:p>
        </w:tc>
        <w:tc>
          <w:tcPr>
            <w:tcW w:type="dxa" w:w="1905"/>
            <w:shd w:val="clear" w:color="auto" w:fill="1A3D7C"/>
            <w:vAlign w:val="center"/>
          </w:tcPr>
          <w:p>
            <w:r>
              <w:rPr>
                <w:rFonts w:ascii="Aptos" w:hAnsi="Aptos"/>
                <w:b/>
                <w:color w:val="FFFFFF"/>
                <w:sz w:val="20"/>
              </w:rPr>
              <w:t>Points</w:t>
            </w:r>
          </w:p>
        </w:tc>
        <w:tc>
          <w:tcPr>
            <w:tcW w:type="dxa" w:w="1905"/>
            <w:shd w:val="clear" w:color="auto" w:fill="1A3D7C"/>
            <w:vAlign w:val="center"/>
          </w:tcPr>
          <w:p>
            <w:r>
              <w:rPr>
                <w:rFonts w:ascii="Aptos" w:hAnsi="Aptos"/>
                <w:b/>
                <w:color w:val="FFFFFF"/>
                <w:sz w:val="20"/>
              </w:rPr>
              <w:t>Gap</w:t>
            </w:r>
          </w:p>
        </w:tc>
      </w:tr>
      <w:tr>
        <w:tc>
          <w:tcPr>
            <w:tcW w:type="dxa" w:w="1905"/>
            <w:shd w:val="clear" w:color="auto" w:fill="F2D16B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</w:t>
            </w:r>
          </w:p>
        </w:tc>
        <w:tc>
          <w:tcPr>
            <w:tcW w:type="dxa" w:w="1905"/>
            <w:shd w:val="clear" w:color="auto" w:fill="F2D16B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Jon Hicks</w:t>
            </w:r>
          </w:p>
        </w:tc>
        <w:tc>
          <w:tcPr>
            <w:tcW w:type="dxa" w:w="1905"/>
            <w:shd w:val="clear" w:color="auto" w:fill="F2D16B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V50</w:t>
            </w:r>
          </w:p>
        </w:tc>
        <w:tc>
          <w:tcPr>
            <w:tcW w:type="dxa" w:w="1905"/>
            <w:shd w:val="clear" w:color="auto" w:fill="F2D16B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173</w:t>
            </w:r>
          </w:p>
        </w:tc>
        <w:tc>
          <w:tcPr>
            <w:tcW w:type="dxa" w:w="1905"/>
            <w:shd w:val="clear" w:color="auto" w:fill="F2D16B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Leader</w:t>
            </w:r>
          </w:p>
        </w:tc>
      </w:tr>
      <w:tr>
        <w:tc>
          <w:tcPr>
            <w:tcW w:type="dxa" w:w="1905"/>
            <w:shd w:val="clear" w:color="auto" w:fill="DCE1E7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2</w:t>
            </w:r>
          </w:p>
        </w:tc>
        <w:tc>
          <w:tcPr>
            <w:tcW w:type="dxa" w:w="1905"/>
            <w:shd w:val="clear" w:color="auto" w:fill="DCE1E7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Ian Barlow</w:t>
            </w:r>
          </w:p>
        </w:tc>
        <w:tc>
          <w:tcPr>
            <w:tcW w:type="dxa" w:w="1905"/>
            <w:shd w:val="clear" w:color="auto" w:fill="DCE1E7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V40</w:t>
            </w:r>
          </w:p>
        </w:tc>
        <w:tc>
          <w:tcPr>
            <w:tcW w:type="dxa" w:w="1905"/>
            <w:shd w:val="clear" w:color="auto" w:fill="DCE1E7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136</w:t>
            </w:r>
          </w:p>
        </w:tc>
        <w:tc>
          <w:tcPr>
            <w:tcW w:type="dxa" w:w="1905"/>
            <w:shd w:val="clear" w:color="auto" w:fill="DCE1E7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-37</w:t>
            </w:r>
          </w:p>
        </w:tc>
      </w:tr>
      <w:tr>
        <w:tc>
          <w:tcPr>
            <w:tcW w:type="dxa" w:w="1905"/>
            <w:shd w:val="clear" w:color="auto" w:fill="DDB08C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3</w:t>
            </w:r>
          </w:p>
        </w:tc>
        <w:tc>
          <w:tcPr>
            <w:tcW w:type="dxa" w:w="1905"/>
            <w:shd w:val="clear" w:color="auto" w:fill="DDB08C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Selby Archer</w:t>
            </w:r>
          </w:p>
        </w:tc>
        <w:tc>
          <w:tcPr>
            <w:tcW w:type="dxa" w:w="1905"/>
            <w:shd w:val="clear" w:color="auto" w:fill="DDB08C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Junior</w:t>
            </w:r>
          </w:p>
        </w:tc>
        <w:tc>
          <w:tcPr>
            <w:tcW w:type="dxa" w:w="1905"/>
            <w:shd w:val="clear" w:color="auto" w:fill="DDB08C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113</w:t>
            </w:r>
          </w:p>
        </w:tc>
        <w:tc>
          <w:tcPr>
            <w:tcW w:type="dxa" w:w="1905"/>
            <w:shd w:val="clear" w:color="auto" w:fill="DDB08C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-60</w:t>
            </w:r>
          </w:p>
        </w:tc>
      </w:tr>
      <w:tr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4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Alwyn Royall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V50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108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-65</w:t>
            </w:r>
          </w:p>
        </w:tc>
      </w:tr>
      <w:tr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5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Sam Neale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V40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105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-68</w:t>
            </w:r>
          </w:p>
        </w:tc>
      </w:tr>
      <w:tr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6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Neil Perry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V40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100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-73</w:t>
            </w:r>
          </w:p>
        </w:tc>
      </w:tr>
      <w:tr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7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John Straiton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V60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93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-80</w:t>
            </w:r>
          </w:p>
        </w:tc>
      </w:tr>
      <w:tr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8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Giles Archer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V50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91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-82</w:t>
            </w:r>
          </w:p>
        </w:tc>
      </w:tr>
      <w:tr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9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Stuart Padget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V40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84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-89</w:t>
            </w:r>
          </w:p>
        </w:tc>
      </w:tr>
      <w:tr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Mark Powell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V50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83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-90</w:t>
            </w:r>
          </w:p>
        </w:tc>
      </w:tr>
      <w:tr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11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Ben Engstrom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Senior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81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-92</w:t>
            </w:r>
          </w:p>
        </w:tc>
      </w:tr>
      <w:tr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12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Mark Barnett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V50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73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-100</w:t>
            </w:r>
          </w:p>
        </w:tc>
      </w:tr>
      <w:tr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13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Neil Smith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V60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64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-109</w:t>
            </w:r>
          </w:p>
        </w:tc>
      </w:tr>
      <w:tr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14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Jake Stephens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Senior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60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-113</w:t>
            </w:r>
          </w:p>
        </w:tc>
      </w:tr>
      <w:tr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15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Craig Macpherson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V40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60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-113</w:t>
            </w:r>
          </w:p>
        </w:tc>
      </w:tr>
      <w:tr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16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Francis Wainwright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V50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60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-113</w:t>
            </w:r>
          </w:p>
        </w:tc>
      </w:tr>
      <w:tr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17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Joe Hatt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V50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56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-117</w:t>
            </w:r>
          </w:p>
        </w:tc>
      </w:tr>
      <w:tr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18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Simon Eden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V50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50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-123</w:t>
            </w:r>
          </w:p>
        </w:tc>
      </w:tr>
      <w:tr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19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Cameron Thomson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Senior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48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-125</w:t>
            </w:r>
          </w:p>
        </w:tc>
      </w:tr>
      <w:tr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20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Paul Griffiths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V60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48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-125</w:t>
            </w:r>
          </w:p>
        </w:tc>
      </w:tr>
    </w:tbl>
    <w:p>
      <w:pPr>
        <w:spacing w:before="160" w:after="160"/>
        <w:pBdr>
          <w:bottom w:val="single" w:sz="6" w:space="1" w:color="D9DDE6"/>
        </w:pBdr>
      </w:pPr>
    </w:p>
    <w:p>
      <w:pPr>
        <w:pStyle w:val="Heading2"/>
      </w:pPr>
      <w:r>
        <w:t>Women's Championship</w:t>
      </w:r>
    </w:p>
    <w:p>
      <w:pPr/>
      <w:r>
        <w:rPr>
          <w:b/>
        </w:rPr>
        <w:t xml:space="preserve">Leader: </w:t>
      </w:r>
      <w:r>
        <w:t>Julie Trudgeon leads on 189 points, with the table below showing the current top 20.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905"/>
        <w:gridCol w:w="1905"/>
        <w:gridCol w:w="1905"/>
        <w:gridCol w:w="1905"/>
        <w:gridCol w:w="1905"/>
      </w:tblGrid>
      <w:tr>
        <w:tc>
          <w:tcPr>
            <w:tcW w:type="dxa" w:w="1905"/>
            <w:shd w:val="clear" w:color="auto" w:fill="1A3D7C"/>
            <w:vAlign w:val="center"/>
          </w:tcPr>
          <w:p>
            <w:r>
              <w:rPr>
                <w:rFonts w:ascii="Aptos" w:hAnsi="Aptos"/>
                <w:b/>
                <w:color w:val="FFFFFF"/>
                <w:sz w:val="20"/>
              </w:rPr>
              <w:t>Pos</w:t>
            </w:r>
          </w:p>
        </w:tc>
        <w:tc>
          <w:tcPr>
            <w:tcW w:type="dxa" w:w="1905"/>
            <w:shd w:val="clear" w:color="auto" w:fill="1A3D7C"/>
            <w:vAlign w:val="center"/>
          </w:tcPr>
          <w:p>
            <w:r>
              <w:rPr>
                <w:rFonts w:ascii="Aptos" w:hAnsi="Aptos"/>
                <w:b/>
                <w:color w:val="FFFFFF"/>
                <w:sz w:val="20"/>
              </w:rPr>
              <w:t>Athlete</w:t>
            </w:r>
          </w:p>
        </w:tc>
        <w:tc>
          <w:tcPr>
            <w:tcW w:type="dxa" w:w="1905"/>
            <w:shd w:val="clear" w:color="auto" w:fill="1A3D7C"/>
            <w:vAlign w:val="center"/>
          </w:tcPr>
          <w:p>
            <w:r>
              <w:rPr>
                <w:rFonts w:ascii="Aptos" w:hAnsi="Aptos"/>
                <w:b/>
                <w:color w:val="FFFFFF"/>
                <w:sz w:val="20"/>
              </w:rPr>
              <w:t>Category</w:t>
            </w:r>
          </w:p>
        </w:tc>
        <w:tc>
          <w:tcPr>
            <w:tcW w:type="dxa" w:w="1905"/>
            <w:shd w:val="clear" w:color="auto" w:fill="1A3D7C"/>
            <w:vAlign w:val="center"/>
          </w:tcPr>
          <w:p>
            <w:r>
              <w:rPr>
                <w:rFonts w:ascii="Aptos" w:hAnsi="Aptos"/>
                <w:b/>
                <w:color w:val="FFFFFF"/>
                <w:sz w:val="20"/>
              </w:rPr>
              <w:t>Points</w:t>
            </w:r>
          </w:p>
        </w:tc>
        <w:tc>
          <w:tcPr>
            <w:tcW w:type="dxa" w:w="1905"/>
            <w:shd w:val="clear" w:color="auto" w:fill="1A3D7C"/>
            <w:vAlign w:val="center"/>
          </w:tcPr>
          <w:p>
            <w:r>
              <w:rPr>
                <w:rFonts w:ascii="Aptos" w:hAnsi="Aptos"/>
                <w:b/>
                <w:color w:val="FFFFFF"/>
                <w:sz w:val="20"/>
              </w:rPr>
              <w:t>Gap</w:t>
            </w:r>
          </w:p>
        </w:tc>
      </w:tr>
      <w:tr>
        <w:tc>
          <w:tcPr>
            <w:tcW w:type="dxa" w:w="1905"/>
            <w:shd w:val="clear" w:color="auto" w:fill="F2D16B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</w:t>
            </w:r>
          </w:p>
        </w:tc>
        <w:tc>
          <w:tcPr>
            <w:tcW w:type="dxa" w:w="1905"/>
            <w:shd w:val="clear" w:color="auto" w:fill="F2D16B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Julie Trudgeon</w:t>
            </w:r>
          </w:p>
        </w:tc>
        <w:tc>
          <w:tcPr>
            <w:tcW w:type="dxa" w:w="1905"/>
            <w:shd w:val="clear" w:color="auto" w:fill="F2D16B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V60</w:t>
            </w:r>
          </w:p>
        </w:tc>
        <w:tc>
          <w:tcPr>
            <w:tcW w:type="dxa" w:w="1905"/>
            <w:shd w:val="clear" w:color="auto" w:fill="F2D16B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189</w:t>
            </w:r>
          </w:p>
        </w:tc>
        <w:tc>
          <w:tcPr>
            <w:tcW w:type="dxa" w:w="1905"/>
            <w:shd w:val="clear" w:color="auto" w:fill="F2D16B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Leader</w:t>
            </w:r>
          </w:p>
        </w:tc>
      </w:tr>
      <w:tr>
        <w:tc>
          <w:tcPr>
            <w:tcW w:type="dxa" w:w="1905"/>
            <w:shd w:val="clear" w:color="auto" w:fill="DCE1E7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2</w:t>
            </w:r>
          </w:p>
        </w:tc>
        <w:tc>
          <w:tcPr>
            <w:tcW w:type="dxa" w:w="1905"/>
            <w:shd w:val="clear" w:color="auto" w:fill="DCE1E7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Ann Marie Brazier</w:t>
            </w:r>
          </w:p>
        </w:tc>
        <w:tc>
          <w:tcPr>
            <w:tcW w:type="dxa" w:w="1905"/>
            <w:shd w:val="clear" w:color="auto" w:fill="DCE1E7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V40</w:t>
            </w:r>
          </w:p>
        </w:tc>
        <w:tc>
          <w:tcPr>
            <w:tcW w:type="dxa" w:w="1905"/>
            <w:shd w:val="clear" w:color="auto" w:fill="DCE1E7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150</w:t>
            </w:r>
          </w:p>
        </w:tc>
        <w:tc>
          <w:tcPr>
            <w:tcW w:type="dxa" w:w="1905"/>
            <w:shd w:val="clear" w:color="auto" w:fill="DCE1E7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-39</w:t>
            </w:r>
          </w:p>
        </w:tc>
      </w:tr>
      <w:tr>
        <w:tc>
          <w:tcPr>
            <w:tcW w:type="dxa" w:w="1905"/>
            <w:shd w:val="clear" w:color="auto" w:fill="DDB08C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3</w:t>
            </w:r>
          </w:p>
        </w:tc>
        <w:tc>
          <w:tcPr>
            <w:tcW w:type="dxa" w:w="1905"/>
            <w:shd w:val="clear" w:color="auto" w:fill="DDB08C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Rosemary Vinden</w:t>
            </w:r>
          </w:p>
        </w:tc>
        <w:tc>
          <w:tcPr>
            <w:tcW w:type="dxa" w:w="1905"/>
            <w:shd w:val="clear" w:color="auto" w:fill="DDB08C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V40</w:t>
            </w:r>
          </w:p>
        </w:tc>
        <w:tc>
          <w:tcPr>
            <w:tcW w:type="dxa" w:w="1905"/>
            <w:shd w:val="clear" w:color="auto" w:fill="DDB08C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126</w:t>
            </w:r>
          </w:p>
        </w:tc>
        <w:tc>
          <w:tcPr>
            <w:tcW w:type="dxa" w:w="1905"/>
            <w:shd w:val="clear" w:color="auto" w:fill="DDB08C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-63</w:t>
            </w:r>
          </w:p>
        </w:tc>
      </w:tr>
      <w:tr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4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Julia Maddocks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V50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110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-79</w:t>
            </w:r>
          </w:p>
        </w:tc>
      </w:tr>
      <w:tr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5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Emma-Jane White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V40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109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-80</w:t>
            </w:r>
          </w:p>
        </w:tc>
      </w:tr>
      <w:tr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6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Melissa Holley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V50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98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-91</w:t>
            </w:r>
          </w:p>
        </w:tc>
      </w:tr>
      <w:tr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7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Sarah Morris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V50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96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-93</w:t>
            </w:r>
          </w:p>
        </w:tc>
      </w:tr>
      <w:tr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8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Lindsey Neale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V40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96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-93</w:t>
            </w:r>
          </w:p>
        </w:tc>
      </w:tr>
      <w:tr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9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Joanne Donald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V50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86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-103</w:t>
            </w:r>
          </w:p>
        </w:tc>
      </w:tr>
      <w:tr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Gitana Grudyte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Senior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78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-111</w:t>
            </w:r>
          </w:p>
        </w:tc>
      </w:tr>
      <w:tr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11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Debby Edwards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Senior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73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-116</w:t>
            </w:r>
          </w:p>
        </w:tc>
      </w:tr>
      <w:tr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12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Lynda Bennett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V50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68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-121</w:t>
            </w:r>
          </w:p>
        </w:tc>
      </w:tr>
      <w:tr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13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Julie Bean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V50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66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-123</w:t>
            </w:r>
          </w:p>
        </w:tc>
      </w:tr>
      <w:tr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14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Susan Long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V40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64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-125</w:t>
            </w:r>
          </w:p>
        </w:tc>
      </w:tr>
      <w:tr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15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Megan Pritchard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Senior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59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-130</w:t>
            </w:r>
          </w:p>
        </w:tc>
      </w:tr>
      <w:tr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16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Juliette Hatt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V50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57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-132</w:t>
            </w:r>
          </w:p>
        </w:tc>
      </w:tr>
      <w:tr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17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Rebecca Merrick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Senior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56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-133</w:t>
            </w:r>
          </w:p>
        </w:tc>
      </w:tr>
      <w:tr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18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Vicky Fletcher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V40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55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-134</w:t>
            </w:r>
          </w:p>
        </w:tc>
      </w:tr>
      <w:tr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19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Liliana Soto Gomez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V40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50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-139</w:t>
            </w:r>
          </w:p>
        </w:tc>
      </w:tr>
      <w:tr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20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Rohaise Des Voeux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V50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50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-139</w:t>
            </w:r>
          </w:p>
        </w:tc>
      </w:tr>
    </w:tbl>
    <w:p>
      <w:pPr>
        <w:spacing w:before="160" w:after="160"/>
        <w:pBdr>
          <w:bottom w:val="single" w:sz="6" w:space="1" w:color="D9DDE6"/>
        </w:pBdr>
      </w:pPr>
    </w:p>
    <w:p>
      <w:pPr>
        <w:pStyle w:val="Heading2"/>
      </w:pPr>
      <w:r>
        <w:t>Men's Masters</w:t>
      </w:r>
    </w:p>
    <w:p>
      <w:pPr/>
      <w:r>
        <w:rPr>
          <w:b/>
        </w:rPr>
        <w:t xml:space="preserve">Leader: </w:t>
      </w:r>
      <w:r>
        <w:t>Jon Hicks leads on 178 points, with the table below showing the current top 20.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905"/>
        <w:gridCol w:w="1905"/>
        <w:gridCol w:w="1905"/>
        <w:gridCol w:w="1905"/>
        <w:gridCol w:w="1905"/>
      </w:tblGrid>
      <w:tr>
        <w:tc>
          <w:tcPr>
            <w:tcW w:type="dxa" w:w="1905"/>
            <w:shd w:val="clear" w:color="auto" w:fill="1A3D7C"/>
            <w:vAlign w:val="center"/>
          </w:tcPr>
          <w:p>
            <w:r>
              <w:rPr>
                <w:rFonts w:ascii="Aptos" w:hAnsi="Aptos"/>
                <w:b/>
                <w:color w:val="FFFFFF"/>
                <w:sz w:val="20"/>
              </w:rPr>
              <w:t>Pos</w:t>
            </w:r>
          </w:p>
        </w:tc>
        <w:tc>
          <w:tcPr>
            <w:tcW w:type="dxa" w:w="1905"/>
            <w:shd w:val="clear" w:color="auto" w:fill="1A3D7C"/>
            <w:vAlign w:val="center"/>
          </w:tcPr>
          <w:p>
            <w:r>
              <w:rPr>
                <w:rFonts w:ascii="Aptos" w:hAnsi="Aptos"/>
                <w:b/>
                <w:color w:val="FFFFFF"/>
                <w:sz w:val="20"/>
              </w:rPr>
              <w:t>Athlete</w:t>
            </w:r>
          </w:p>
        </w:tc>
        <w:tc>
          <w:tcPr>
            <w:tcW w:type="dxa" w:w="1905"/>
            <w:shd w:val="clear" w:color="auto" w:fill="1A3D7C"/>
            <w:vAlign w:val="center"/>
          </w:tcPr>
          <w:p>
            <w:r>
              <w:rPr>
                <w:rFonts w:ascii="Aptos" w:hAnsi="Aptos"/>
                <w:b/>
                <w:color w:val="FFFFFF"/>
                <w:sz w:val="20"/>
              </w:rPr>
              <w:t>Category</w:t>
            </w:r>
          </w:p>
        </w:tc>
        <w:tc>
          <w:tcPr>
            <w:tcW w:type="dxa" w:w="1905"/>
            <w:shd w:val="clear" w:color="auto" w:fill="1A3D7C"/>
            <w:vAlign w:val="center"/>
          </w:tcPr>
          <w:p>
            <w:r>
              <w:rPr>
                <w:rFonts w:ascii="Aptos" w:hAnsi="Aptos"/>
                <w:b/>
                <w:color w:val="FFFFFF"/>
                <w:sz w:val="20"/>
              </w:rPr>
              <w:t>Points</w:t>
            </w:r>
          </w:p>
        </w:tc>
        <w:tc>
          <w:tcPr>
            <w:tcW w:type="dxa" w:w="1905"/>
            <w:shd w:val="clear" w:color="auto" w:fill="1A3D7C"/>
            <w:vAlign w:val="center"/>
          </w:tcPr>
          <w:p>
            <w:r>
              <w:rPr>
                <w:rFonts w:ascii="Aptos" w:hAnsi="Aptos"/>
                <w:b/>
                <w:color w:val="FFFFFF"/>
                <w:sz w:val="20"/>
              </w:rPr>
              <w:t>Gap</w:t>
            </w:r>
          </w:p>
        </w:tc>
      </w:tr>
      <w:tr>
        <w:tc>
          <w:tcPr>
            <w:tcW w:type="dxa" w:w="1905"/>
            <w:shd w:val="clear" w:color="auto" w:fill="F2D16B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</w:t>
            </w:r>
          </w:p>
        </w:tc>
        <w:tc>
          <w:tcPr>
            <w:tcW w:type="dxa" w:w="1905"/>
            <w:shd w:val="clear" w:color="auto" w:fill="F2D16B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Jon Hicks</w:t>
            </w:r>
          </w:p>
        </w:tc>
        <w:tc>
          <w:tcPr>
            <w:tcW w:type="dxa" w:w="1905"/>
            <w:shd w:val="clear" w:color="auto" w:fill="F2D16B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V50</w:t>
            </w:r>
          </w:p>
        </w:tc>
        <w:tc>
          <w:tcPr>
            <w:tcW w:type="dxa" w:w="1905"/>
            <w:shd w:val="clear" w:color="auto" w:fill="F2D16B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178</w:t>
            </w:r>
          </w:p>
        </w:tc>
        <w:tc>
          <w:tcPr>
            <w:tcW w:type="dxa" w:w="1905"/>
            <w:shd w:val="clear" w:color="auto" w:fill="F2D16B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Leader</w:t>
            </w:r>
          </w:p>
        </w:tc>
      </w:tr>
      <w:tr>
        <w:tc>
          <w:tcPr>
            <w:tcW w:type="dxa" w:w="1905"/>
            <w:shd w:val="clear" w:color="auto" w:fill="DCE1E7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2</w:t>
            </w:r>
          </w:p>
        </w:tc>
        <w:tc>
          <w:tcPr>
            <w:tcW w:type="dxa" w:w="1905"/>
            <w:shd w:val="clear" w:color="auto" w:fill="DCE1E7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Ian Barlow</w:t>
            </w:r>
          </w:p>
        </w:tc>
        <w:tc>
          <w:tcPr>
            <w:tcW w:type="dxa" w:w="1905"/>
            <w:shd w:val="clear" w:color="auto" w:fill="DCE1E7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V40</w:t>
            </w:r>
          </w:p>
        </w:tc>
        <w:tc>
          <w:tcPr>
            <w:tcW w:type="dxa" w:w="1905"/>
            <w:shd w:val="clear" w:color="auto" w:fill="DCE1E7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135</w:t>
            </w:r>
          </w:p>
        </w:tc>
        <w:tc>
          <w:tcPr>
            <w:tcW w:type="dxa" w:w="1905"/>
            <w:shd w:val="clear" w:color="auto" w:fill="DCE1E7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-43</w:t>
            </w:r>
          </w:p>
        </w:tc>
      </w:tr>
      <w:tr>
        <w:tc>
          <w:tcPr>
            <w:tcW w:type="dxa" w:w="1905"/>
            <w:shd w:val="clear" w:color="auto" w:fill="DDB08C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3</w:t>
            </w:r>
          </w:p>
        </w:tc>
        <w:tc>
          <w:tcPr>
            <w:tcW w:type="dxa" w:w="1905"/>
            <w:shd w:val="clear" w:color="auto" w:fill="DDB08C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Alwyn Royall</w:t>
            </w:r>
          </w:p>
        </w:tc>
        <w:tc>
          <w:tcPr>
            <w:tcW w:type="dxa" w:w="1905"/>
            <w:shd w:val="clear" w:color="auto" w:fill="DDB08C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V50</w:t>
            </w:r>
          </w:p>
        </w:tc>
        <w:tc>
          <w:tcPr>
            <w:tcW w:type="dxa" w:w="1905"/>
            <w:shd w:val="clear" w:color="auto" w:fill="DDB08C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119</w:t>
            </w:r>
          </w:p>
        </w:tc>
        <w:tc>
          <w:tcPr>
            <w:tcW w:type="dxa" w:w="1905"/>
            <w:shd w:val="clear" w:color="auto" w:fill="DDB08C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-59</w:t>
            </w:r>
          </w:p>
        </w:tc>
      </w:tr>
      <w:tr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4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John Straiton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V60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114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-64</w:t>
            </w:r>
          </w:p>
        </w:tc>
      </w:tr>
      <w:tr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5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Mark Powell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V50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101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-77</w:t>
            </w:r>
          </w:p>
        </w:tc>
      </w:tr>
      <w:tr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6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Neil Perry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V40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96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-82</w:t>
            </w:r>
          </w:p>
        </w:tc>
      </w:tr>
      <w:tr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7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Sam Neale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V40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96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-82</w:t>
            </w:r>
          </w:p>
        </w:tc>
      </w:tr>
      <w:tr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8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Giles Archer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V50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95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-83</w:t>
            </w:r>
          </w:p>
        </w:tc>
      </w:tr>
      <w:tr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9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Neil Smith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V60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90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-88</w:t>
            </w:r>
          </w:p>
        </w:tc>
      </w:tr>
      <w:tr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Stuart Padget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V40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84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-94</w:t>
            </w:r>
          </w:p>
        </w:tc>
      </w:tr>
      <w:tr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11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Mark Barnett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V50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76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-102</w:t>
            </w:r>
          </w:p>
        </w:tc>
      </w:tr>
      <w:tr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12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Joe Hatt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V50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65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-113</w:t>
            </w:r>
          </w:p>
        </w:tc>
      </w:tr>
      <w:tr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13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Francis Wainwright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V50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64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-114</w:t>
            </w:r>
          </w:p>
        </w:tc>
      </w:tr>
      <w:tr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14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Paul Griffiths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V60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62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-116</w:t>
            </w:r>
          </w:p>
        </w:tc>
      </w:tr>
      <w:tr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15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Craig Macpherson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V40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59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-119</w:t>
            </w:r>
          </w:p>
        </w:tc>
      </w:tr>
      <w:tr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16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Simon Eden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V50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52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-126</w:t>
            </w:r>
          </w:p>
        </w:tc>
      </w:tr>
      <w:tr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17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Robert Field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V50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47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-131</w:t>
            </w:r>
          </w:p>
        </w:tc>
      </w:tr>
      <w:tr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18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Richard Bagshaw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V50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47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-131</w:t>
            </w:r>
          </w:p>
        </w:tc>
      </w:tr>
      <w:tr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19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Nic Brancaccio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V50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46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-132</w:t>
            </w:r>
          </w:p>
        </w:tc>
      </w:tr>
      <w:tr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20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Richard Smith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V50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46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-132</w:t>
            </w:r>
          </w:p>
        </w:tc>
      </w:tr>
    </w:tbl>
    <w:p>
      <w:pPr>
        <w:spacing w:before="160" w:after="160"/>
        <w:pBdr>
          <w:bottom w:val="single" w:sz="6" w:space="1" w:color="D9DDE6"/>
        </w:pBdr>
      </w:pPr>
    </w:p>
    <w:p>
      <w:pPr>
        <w:pStyle w:val="Heading2"/>
      </w:pPr>
      <w:r>
        <w:t>Women's Masters</w:t>
      </w:r>
    </w:p>
    <w:p>
      <w:pPr/>
      <w:r>
        <w:rPr>
          <w:b/>
        </w:rPr>
        <w:t xml:space="preserve">Leader: </w:t>
      </w:r>
      <w:r>
        <w:t>Julie Trudgeon leads on 227 points, with the table below showing the current top 20.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905"/>
        <w:gridCol w:w="1905"/>
        <w:gridCol w:w="1905"/>
        <w:gridCol w:w="1905"/>
        <w:gridCol w:w="1905"/>
      </w:tblGrid>
      <w:tr>
        <w:tc>
          <w:tcPr>
            <w:tcW w:type="dxa" w:w="1905"/>
            <w:shd w:val="clear" w:color="auto" w:fill="1A3D7C"/>
            <w:vAlign w:val="center"/>
          </w:tcPr>
          <w:p>
            <w:r>
              <w:rPr>
                <w:rFonts w:ascii="Aptos" w:hAnsi="Aptos"/>
                <w:b/>
                <w:color w:val="FFFFFF"/>
                <w:sz w:val="20"/>
              </w:rPr>
              <w:t>Pos</w:t>
            </w:r>
          </w:p>
        </w:tc>
        <w:tc>
          <w:tcPr>
            <w:tcW w:type="dxa" w:w="1905"/>
            <w:shd w:val="clear" w:color="auto" w:fill="1A3D7C"/>
            <w:vAlign w:val="center"/>
          </w:tcPr>
          <w:p>
            <w:r>
              <w:rPr>
                <w:rFonts w:ascii="Aptos" w:hAnsi="Aptos"/>
                <w:b/>
                <w:color w:val="FFFFFF"/>
                <w:sz w:val="20"/>
              </w:rPr>
              <w:t>Athlete</w:t>
            </w:r>
          </w:p>
        </w:tc>
        <w:tc>
          <w:tcPr>
            <w:tcW w:type="dxa" w:w="1905"/>
            <w:shd w:val="clear" w:color="auto" w:fill="1A3D7C"/>
            <w:vAlign w:val="center"/>
          </w:tcPr>
          <w:p>
            <w:r>
              <w:rPr>
                <w:rFonts w:ascii="Aptos" w:hAnsi="Aptos"/>
                <w:b/>
                <w:color w:val="FFFFFF"/>
                <w:sz w:val="20"/>
              </w:rPr>
              <w:t>Category</w:t>
            </w:r>
          </w:p>
        </w:tc>
        <w:tc>
          <w:tcPr>
            <w:tcW w:type="dxa" w:w="1905"/>
            <w:shd w:val="clear" w:color="auto" w:fill="1A3D7C"/>
            <w:vAlign w:val="center"/>
          </w:tcPr>
          <w:p>
            <w:r>
              <w:rPr>
                <w:rFonts w:ascii="Aptos" w:hAnsi="Aptos"/>
                <w:b/>
                <w:color w:val="FFFFFF"/>
                <w:sz w:val="20"/>
              </w:rPr>
              <w:t>Points</w:t>
            </w:r>
          </w:p>
        </w:tc>
        <w:tc>
          <w:tcPr>
            <w:tcW w:type="dxa" w:w="1905"/>
            <w:shd w:val="clear" w:color="auto" w:fill="1A3D7C"/>
            <w:vAlign w:val="center"/>
          </w:tcPr>
          <w:p>
            <w:r>
              <w:rPr>
                <w:rFonts w:ascii="Aptos" w:hAnsi="Aptos"/>
                <w:b/>
                <w:color w:val="FFFFFF"/>
                <w:sz w:val="20"/>
              </w:rPr>
              <w:t>Gap</w:t>
            </w:r>
          </w:p>
        </w:tc>
      </w:tr>
      <w:tr>
        <w:tc>
          <w:tcPr>
            <w:tcW w:type="dxa" w:w="1905"/>
            <w:shd w:val="clear" w:color="auto" w:fill="F2D16B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</w:t>
            </w:r>
          </w:p>
        </w:tc>
        <w:tc>
          <w:tcPr>
            <w:tcW w:type="dxa" w:w="1905"/>
            <w:shd w:val="clear" w:color="auto" w:fill="F2D16B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Julie Trudgeon</w:t>
            </w:r>
          </w:p>
        </w:tc>
        <w:tc>
          <w:tcPr>
            <w:tcW w:type="dxa" w:w="1905"/>
            <w:shd w:val="clear" w:color="auto" w:fill="F2D16B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V60</w:t>
            </w:r>
          </w:p>
        </w:tc>
        <w:tc>
          <w:tcPr>
            <w:tcW w:type="dxa" w:w="1905"/>
            <w:shd w:val="clear" w:color="auto" w:fill="F2D16B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227</w:t>
            </w:r>
          </w:p>
        </w:tc>
        <w:tc>
          <w:tcPr>
            <w:tcW w:type="dxa" w:w="1905"/>
            <w:shd w:val="clear" w:color="auto" w:fill="F2D16B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Leader</w:t>
            </w:r>
          </w:p>
        </w:tc>
      </w:tr>
      <w:tr>
        <w:tc>
          <w:tcPr>
            <w:tcW w:type="dxa" w:w="1905"/>
            <w:shd w:val="clear" w:color="auto" w:fill="DCE1E7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2</w:t>
            </w:r>
          </w:p>
        </w:tc>
        <w:tc>
          <w:tcPr>
            <w:tcW w:type="dxa" w:w="1905"/>
            <w:shd w:val="clear" w:color="auto" w:fill="DCE1E7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Ann Marie Brazier</w:t>
            </w:r>
          </w:p>
        </w:tc>
        <w:tc>
          <w:tcPr>
            <w:tcW w:type="dxa" w:w="1905"/>
            <w:shd w:val="clear" w:color="auto" w:fill="DCE1E7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V40</w:t>
            </w:r>
          </w:p>
        </w:tc>
        <w:tc>
          <w:tcPr>
            <w:tcW w:type="dxa" w:w="1905"/>
            <w:shd w:val="clear" w:color="auto" w:fill="DCE1E7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150</w:t>
            </w:r>
          </w:p>
        </w:tc>
        <w:tc>
          <w:tcPr>
            <w:tcW w:type="dxa" w:w="1905"/>
            <w:shd w:val="clear" w:color="auto" w:fill="DCE1E7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-77</w:t>
            </w:r>
          </w:p>
        </w:tc>
      </w:tr>
      <w:tr>
        <w:tc>
          <w:tcPr>
            <w:tcW w:type="dxa" w:w="1905"/>
            <w:shd w:val="clear" w:color="auto" w:fill="DDB08C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3</w:t>
            </w:r>
          </w:p>
        </w:tc>
        <w:tc>
          <w:tcPr>
            <w:tcW w:type="dxa" w:w="1905"/>
            <w:shd w:val="clear" w:color="auto" w:fill="DDB08C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Rosemary Vinden</w:t>
            </w:r>
          </w:p>
        </w:tc>
        <w:tc>
          <w:tcPr>
            <w:tcW w:type="dxa" w:w="1905"/>
            <w:shd w:val="clear" w:color="auto" w:fill="DDB08C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V40</w:t>
            </w:r>
          </w:p>
        </w:tc>
        <w:tc>
          <w:tcPr>
            <w:tcW w:type="dxa" w:w="1905"/>
            <w:shd w:val="clear" w:color="auto" w:fill="DDB08C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136</w:t>
            </w:r>
          </w:p>
        </w:tc>
        <w:tc>
          <w:tcPr>
            <w:tcW w:type="dxa" w:w="1905"/>
            <w:shd w:val="clear" w:color="auto" w:fill="DDB08C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-91</w:t>
            </w:r>
          </w:p>
        </w:tc>
      </w:tr>
      <w:tr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4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Julia Maddocks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V50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115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-112</w:t>
            </w:r>
          </w:p>
        </w:tc>
      </w:tr>
      <w:tr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5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Sarah Morris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V50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108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-119</w:t>
            </w:r>
          </w:p>
        </w:tc>
      </w:tr>
      <w:tr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6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Emma-Jane White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V40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105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-122</w:t>
            </w:r>
          </w:p>
        </w:tc>
      </w:tr>
      <w:tr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7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Melissa Holley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V50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105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-122</w:t>
            </w:r>
          </w:p>
        </w:tc>
      </w:tr>
      <w:tr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8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Joanne Donald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V50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97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-130</w:t>
            </w:r>
          </w:p>
        </w:tc>
      </w:tr>
      <w:tr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9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Lindsey Neale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V40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93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-134</w:t>
            </w:r>
          </w:p>
        </w:tc>
      </w:tr>
      <w:tr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Lynda Bennett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V50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73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-154</w:t>
            </w:r>
          </w:p>
        </w:tc>
      </w:tr>
      <w:tr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11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Julie Bean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V50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71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-156</w:t>
            </w:r>
          </w:p>
        </w:tc>
      </w:tr>
      <w:tr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12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Susan Long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V40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70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-157</w:t>
            </w:r>
          </w:p>
        </w:tc>
      </w:tr>
      <w:tr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13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Rohaise Des Voeux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V50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65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-162</w:t>
            </w:r>
          </w:p>
        </w:tc>
      </w:tr>
      <w:tr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14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Caroline Figueiredo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V60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60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-167</w:t>
            </w:r>
          </w:p>
        </w:tc>
      </w:tr>
      <w:tr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15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Juliette Hatt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V50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59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-168</w:t>
            </w:r>
          </w:p>
        </w:tc>
      </w:tr>
      <w:tr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16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Vicky Fletcher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V40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59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-168</w:t>
            </w:r>
          </w:p>
        </w:tc>
      </w:tr>
      <w:tr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17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Liliana Soto Gomez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V40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54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-173</w:t>
            </w:r>
          </w:p>
        </w:tc>
      </w:tr>
      <w:tr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18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Lynn Baak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V40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49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-178</w:t>
            </w:r>
          </w:p>
        </w:tc>
      </w:tr>
      <w:tr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19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Caroline Mcdonnell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V60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37</w:t>
            </w:r>
          </w:p>
        </w:tc>
        <w:tc>
          <w:tcPr>
            <w:tcW w:type="dxa" w:w="190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-190</w:t>
            </w:r>
          </w:p>
        </w:tc>
      </w:tr>
      <w:tr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20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Liz Laird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V50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29</w:t>
            </w:r>
          </w:p>
        </w:tc>
        <w:tc>
          <w:tcPr>
            <w:tcW w:type="dxa" w:w="190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-198</w:t>
            </w:r>
          </w:p>
        </w:tc>
      </w:tr>
    </w:tbl>
    <w:p>
      <w:pPr>
        <w:spacing w:before="160" w:after="160"/>
        <w:pBdr>
          <w:bottom w:val="single" w:sz="6" w:space="1" w:color="D9DDE6"/>
        </w:pBdr>
      </w:pPr>
    </w:p>
    <w:p>
      <w:pPr>
        <w:pStyle w:val="Heading2"/>
      </w:pPr>
      <w:r>
        <w:t>Category Leaders</w:t>
      </w:r>
    </w:p>
    <w:p>
      <w:pPr/>
      <w:r>
        <w:t>Current category leaders drawn from the male and female championship tables, with the corresponding masters leaders alongside where available.</w:t>
      </w:r>
    </w:p>
    <w:p>
      <w:pPr>
        <w:pStyle w:val="Heading3"/>
      </w:pPr>
      <w:r>
        <w:t>Men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175"/>
        <w:gridCol w:w="3175"/>
        <w:gridCol w:w="3175"/>
      </w:tblGrid>
      <w:tr>
        <w:tc>
          <w:tcPr>
            <w:tcW w:type="dxa" w:w="3175"/>
            <w:shd w:val="clear" w:color="auto" w:fill="354F7A"/>
          </w:tcPr>
          <w:p>
            <w:r>
              <w:rPr>
                <w:rFonts w:ascii="Aptos" w:hAnsi="Aptos"/>
                <w:b/>
                <w:color w:val="FFFFFF"/>
                <w:sz w:val="20"/>
              </w:rPr>
              <w:t>Category</w:t>
            </w:r>
          </w:p>
        </w:tc>
        <w:tc>
          <w:tcPr>
            <w:tcW w:type="dxa" w:w="3175"/>
            <w:shd w:val="clear" w:color="auto" w:fill="354F7A"/>
          </w:tcPr>
          <w:p>
            <w:r>
              <w:rPr>
                <w:rFonts w:ascii="Aptos" w:hAnsi="Aptos"/>
                <w:b/>
                <w:color w:val="FFFFFF"/>
                <w:sz w:val="20"/>
              </w:rPr>
              <w:t>Championship Leader</w:t>
            </w:r>
          </w:p>
        </w:tc>
        <w:tc>
          <w:tcPr>
            <w:tcW w:type="dxa" w:w="3175"/>
            <w:shd w:val="clear" w:color="auto" w:fill="354F7A"/>
          </w:tcPr>
          <w:p>
            <w:r>
              <w:rPr>
                <w:rFonts w:ascii="Aptos" w:hAnsi="Aptos"/>
                <w:b/>
                <w:color w:val="FFFFFF"/>
                <w:sz w:val="20"/>
              </w:rPr>
              <w:t>Masters Leader</w:t>
            </w:r>
          </w:p>
        </w:tc>
      </w:tr>
      <w:tr>
        <w:tc>
          <w:tcPr>
            <w:tcW w:type="dxa" w:w="317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Junior</w:t>
            </w:r>
          </w:p>
        </w:tc>
        <w:tc>
          <w:tcPr>
            <w:tcW w:type="dxa" w:w="317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Selby Archer (113 pts)</w:t>
            </w:r>
          </w:p>
        </w:tc>
        <w:tc>
          <w:tcPr>
            <w:tcW w:type="dxa" w:w="317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</w:t>
            </w:r>
          </w:p>
        </w:tc>
      </w:tr>
      <w:tr>
        <w:tc>
          <w:tcPr>
            <w:tcW w:type="dxa" w:w="317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Senior</w:t>
            </w:r>
          </w:p>
        </w:tc>
        <w:tc>
          <w:tcPr>
            <w:tcW w:type="dxa" w:w="317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Ben Engstrom (81 pts)</w:t>
            </w:r>
          </w:p>
        </w:tc>
        <w:tc>
          <w:tcPr>
            <w:tcW w:type="dxa" w:w="317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</w:t>
            </w:r>
          </w:p>
        </w:tc>
      </w:tr>
      <w:tr>
        <w:tc>
          <w:tcPr>
            <w:tcW w:type="dxa" w:w="317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V40</w:t>
            </w:r>
          </w:p>
        </w:tc>
        <w:tc>
          <w:tcPr>
            <w:tcW w:type="dxa" w:w="317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Ian Barlow (136 pts)</w:t>
            </w:r>
          </w:p>
        </w:tc>
        <w:tc>
          <w:tcPr>
            <w:tcW w:type="dxa" w:w="317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Ian Barlow (135 pts)</w:t>
            </w:r>
          </w:p>
        </w:tc>
      </w:tr>
      <w:tr>
        <w:tc>
          <w:tcPr>
            <w:tcW w:type="dxa" w:w="317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V50</w:t>
            </w:r>
          </w:p>
        </w:tc>
        <w:tc>
          <w:tcPr>
            <w:tcW w:type="dxa" w:w="317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Jon Hicks (173 pts)</w:t>
            </w:r>
          </w:p>
        </w:tc>
        <w:tc>
          <w:tcPr>
            <w:tcW w:type="dxa" w:w="317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Jon Hicks (178 pts)</w:t>
            </w:r>
          </w:p>
        </w:tc>
      </w:tr>
      <w:tr>
        <w:tc>
          <w:tcPr>
            <w:tcW w:type="dxa" w:w="317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V60</w:t>
            </w:r>
          </w:p>
        </w:tc>
        <w:tc>
          <w:tcPr>
            <w:tcW w:type="dxa" w:w="317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John Straiton (93 pts)</w:t>
            </w:r>
          </w:p>
        </w:tc>
        <w:tc>
          <w:tcPr>
            <w:tcW w:type="dxa" w:w="317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John Straiton (114 pts)</w:t>
            </w:r>
          </w:p>
        </w:tc>
      </w:tr>
    </w:tbl>
    <w:p>
      <w:pPr>
        <w:pStyle w:val="Heading3"/>
      </w:pPr>
      <w:r>
        <w:t>Women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175"/>
        <w:gridCol w:w="3175"/>
        <w:gridCol w:w="3175"/>
      </w:tblGrid>
      <w:tr>
        <w:tc>
          <w:tcPr>
            <w:tcW w:type="dxa" w:w="3175"/>
            <w:shd w:val="clear" w:color="auto" w:fill="354F7A"/>
          </w:tcPr>
          <w:p>
            <w:r>
              <w:rPr>
                <w:rFonts w:ascii="Aptos" w:hAnsi="Aptos"/>
                <w:b/>
                <w:color w:val="FFFFFF"/>
                <w:sz w:val="20"/>
              </w:rPr>
              <w:t>Category</w:t>
            </w:r>
          </w:p>
        </w:tc>
        <w:tc>
          <w:tcPr>
            <w:tcW w:type="dxa" w:w="3175"/>
            <w:shd w:val="clear" w:color="auto" w:fill="354F7A"/>
          </w:tcPr>
          <w:p>
            <w:r>
              <w:rPr>
                <w:rFonts w:ascii="Aptos" w:hAnsi="Aptos"/>
                <w:b/>
                <w:color w:val="FFFFFF"/>
                <w:sz w:val="20"/>
              </w:rPr>
              <w:t>Championship Leader</w:t>
            </w:r>
          </w:p>
        </w:tc>
        <w:tc>
          <w:tcPr>
            <w:tcW w:type="dxa" w:w="3175"/>
            <w:shd w:val="clear" w:color="auto" w:fill="354F7A"/>
          </w:tcPr>
          <w:p>
            <w:r>
              <w:rPr>
                <w:rFonts w:ascii="Aptos" w:hAnsi="Aptos"/>
                <w:b/>
                <w:color w:val="FFFFFF"/>
                <w:sz w:val="20"/>
              </w:rPr>
              <w:t>Masters Leader</w:t>
            </w:r>
          </w:p>
        </w:tc>
      </w:tr>
      <w:tr>
        <w:tc>
          <w:tcPr>
            <w:tcW w:type="dxa" w:w="317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Senior</w:t>
            </w:r>
          </w:p>
        </w:tc>
        <w:tc>
          <w:tcPr>
            <w:tcW w:type="dxa" w:w="317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Gitana Grudyte (78 pts)</w:t>
            </w:r>
          </w:p>
        </w:tc>
        <w:tc>
          <w:tcPr>
            <w:tcW w:type="dxa" w:w="317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-</w:t>
            </w:r>
          </w:p>
        </w:tc>
      </w:tr>
      <w:tr>
        <w:tc>
          <w:tcPr>
            <w:tcW w:type="dxa" w:w="317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V40</w:t>
            </w:r>
          </w:p>
        </w:tc>
        <w:tc>
          <w:tcPr>
            <w:tcW w:type="dxa" w:w="317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Ann Marie Brazier (150 pts)</w:t>
            </w:r>
          </w:p>
        </w:tc>
        <w:tc>
          <w:tcPr>
            <w:tcW w:type="dxa" w:w="317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Ann Marie Brazier (150 pts)</w:t>
            </w:r>
          </w:p>
        </w:tc>
      </w:tr>
      <w:tr>
        <w:tc>
          <w:tcPr>
            <w:tcW w:type="dxa" w:w="3175"/>
            <w:shd w:val="clear" w:color="auto" w:fill="EEF2FA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V50</w:t>
            </w:r>
          </w:p>
        </w:tc>
        <w:tc>
          <w:tcPr>
            <w:tcW w:type="dxa" w:w="317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Julia Maddocks (110 pts)</w:t>
            </w:r>
          </w:p>
        </w:tc>
        <w:tc>
          <w:tcPr>
            <w:tcW w:type="dxa" w:w="3175"/>
            <w:shd w:val="clear" w:color="auto" w:fill="EEF2FA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Julia Maddocks (115 pts)</w:t>
            </w:r>
          </w:p>
        </w:tc>
      </w:tr>
      <w:tr>
        <w:tc>
          <w:tcPr>
            <w:tcW w:type="dxa" w:w="3175"/>
            <w:shd w:val="clear" w:color="auto" w:fill="FFFFFF"/>
            <w:vAlign w:val="center"/>
          </w:tcPr>
          <w:p>
            <w:r>
              <w:rPr>
                <w:rFonts w:ascii="Aptos" w:hAnsi="Aptos"/>
                <w:b/>
                <w:color w:val="3D3D3D"/>
                <w:sz w:val="20"/>
              </w:rPr>
              <w:t>V60</w:t>
            </w:r>
          </w:p>
        </w:tc>
        <w:tc>
          <w:tcPr>
            <w:tcW w:type="dxa" w:w="317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Julie Trudgeon (189 pts)</w:t>
            </w:r>
          </w:p>
        </w:tc>
        <w:tc>
          <w:tcPr>
            <w:tcW w:type="dxa" w:w="3175"/>
            <w:shd w:val="clear" w:color="auto" w:fill="FFFFFF"/>
            <w:vAlign w:val="center"/>
          </w:tcPr>
          <w:p>
            <w:r>
              <w:rPr>
                <w:rFonts w:ascii="Aptos" w:hAnsi="Aptos"/>
                <w:b w:val="0"/>
                <w:color w:val="3D3D3D"/>
                <w:sz w:val="20"/>
              </w:rPr>
              <w:t>Julie Trudgeon (227 pts)</w:t>
            </w:r>
          </w:p>
        </w:tc>
      </w:tr>
    </w:tbl>
    <w:p>
      <w:pPr>
        <w:spacing w:before="160" w:after="160"/>
        <w:pBdr>
          <w:bottom w:val="single" w:sz="6" w:space="1" w:color="D9DDE6"/>
        </w:pBdr>
      </w:pPr>
    </w:p>
    <w:p>
      <w:pPr/>
      <w:r>
        <w:rPr>
          <w:b/>
        </w:rPr>
        <w:t xml:space="preserve">Age-Grading Note: </w:t>
      </w:r>
      <w:r>
        <w:t>Version 2025-07-27 road age-grading tables. Source: AlanLyttonJones/Age-Grade-Tables. 2025 long distance running tables approved 2025-01-10 by the USATF Masters Long Distance Running Council. https://github.com/AlanLyttonJones/Age-Grade-Tables</w:t>
      </w:r>
    </w:p>
    <w:sectPr w:rsidR="00FC693F" w:rsidRPr="0006063C" w:rsidSect="00034616">
      <w:headerReference w:type="default" r:id="rId10"/>
      <w:headerReference w:type="first" r:id="rId11"/>
      <w:headerReference w:type="even" r:id="rId12"/>
      <w:footerReference w:type="default" r:id="rId13"/>
      <w:footerReference w:type="first" r:id="rId14"/>
      <w:footerReference w:type="even" r:id="rId15"/>
      <w:pgSz w:w="11906" w:h="16838"/>
      <w:pgMar w:top="1304" w:right="1191" w:bottom="1304" w:left="1191" w:header="283" w:footer="283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Aptos" w:hAnsi="Aptos"/>
        <w:color w:val="888888"/>
        <w:sz w:val="16"/>
      </w:rPr>
      <w:t xml:space="preserve">© Chippenham Harriers 2026  ·  Generated by HarrierHub  ·  Page </w:t>
    </w:r>
    <w:r>
      <w:rPr>
        <w:rFonts w:ascii="Aptos" w:hAnsi="Aptos"/>
        <w:sz w:val="16"/>
        <w:color w:val="888888"/>
      </w:rPr>
      <w:fldChar w:fldCharType="begin"/>
    </w:r>
    <w:r>
      <w:rPr>
        <w:rFonts w:ascii="Aptos" w:hAnsi="Aptos"/>
        <w:sz w:val="16"/>
        <w:color w:val="888888"/>
      </w:rPr>
      <w:instrText xml:space="preserve"> PAGE </w:instrText>
    </w:r>
    <w:r>
      <w:rPr>
        <w:rFonts w:ascii="Aptos" w:hAnsi="Aptos"/>
        <w:sz w:val="16"/>
        <w:color w:val="888888"/>
      </w:rPr>
      <w:fldChar w:fldCharType="end"/>
    </w:r>
    <w:r>
      <w:rPr>
        <w:rFonts w:ascii="Aptos" w:hAnsi="Aptos"/>
        <w:color w:val="888888"/>
        <w:sz w:val="16"/>
      </w:rPr>
      <w:t xml:space="preserve"> of </w:t>
    </w:r>
    <w:r>
      <w:rPr>
        <w:rFonts w:ascii="Aptos" w:hAnsi="Aptos"/>
        <w:sz w:val="16"/>
        <w:color w:val="888888"/>
      </w:rPr>
      <w:fldChar w:fldCharType="begin"/>
    </w:r>
    <w:r>
      <w:rPr>
        <w:rFonts w:ascii="Aptos" w:hAnsi="Aptos"/>
        <w:sz w:val="16"/>
        <w:color w:val="888888"/>
      </w:rPr>
      <w:instrText xml:space="preserve"> NUMPAGES </w:instrText>
    </w:r>
    <w:r>
      <w:rPr>
        <w:rFonts w:ascii="Aptos" w:hAnsi="Aptos"/>
        <w:sz w:val="16"/>
        <w:color w:val="888888"/>
      </w:rPr>
      <w:fldChar w:fldCharType="end"/>
    </w:r>
  </w:p>
</w:ftr>
</file>

<file path=word/footer2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Aptos" w:hAnsi="Aptos"/>
        <w:color w:val="888888"/>
        <w:sz w:val="16"/>
      </w:rPr>
      <w:t xml:space="preserve">© Chippenham Harriers 2026  ·  Generated by HarrierHub  ·  Page </w:t>
    </w:r>
    <w:r>
      <w:rPr>
        <w:rFonts w:ascii="Aptos" w:hAnsi="Aptos"/>
        <w:sz w:val="16"/>
        <w:color w:val="888888"/>
      </w:rPr>
      <w:fldChar w:fldCharType="begin"/>
    </w:r>
    <w:r>
      <w:rPr>
        <w:rFonts w:ascii="Aptos" w:hAnsi="Aptos"/>
        <w:sz w:val="16"/>
        <w:color w:val="888888"/>
      </w:rPr>
      <w:instrText xml:space="preserve"> PAGE </w:instrText>
    </w:r>
    <w:r>
      <w:rPr>
        <w:rFonts w:ascii="Aptos" w:hAnsi="Aptos"/>
        <w:sz w:val="16"/>
        <w:color w:val="888888"/>
      </w:rPr>
      <w:fldChar w:fldCharType="end"/>
    </w:r>
    <w:r>
      <w:rPr>
        <w:rFonts w:ascii="Aptos" w:hAnsi="Aptos"/>
        <w:color w:val="888888"/>
        <w:sz w:val="16"/>
      </w:rPr>
      <w:t xml:space="preserve"> of </w:t>
    </w:r>
    <w:r>
      <w:rPr>
        <w:rFonts w:ascii="Aptos" w:hAnsi="Aptos"/>
        <w:sz w:val="16"/>
        <w:color w:val="888888"/>
      </w:rPr>
      <w:fldChar w:fldCharType="begin"/>
    </w:r>
    <w:r>
      <w:rPr>
        <w:rFonts w:ascii="Aptos" w:hAnsi="Aptos"/>
        <w:sz w:val="16"/>
        <w:color w:val="888888"/>
      </w:rPr>
      <w:instrText xml:space="preserve"> NUMPAGES </w:instrText>
    </w:r>
    <w:r>
      <w:rPr>
        <w:rFonts w:ascii="Aptos" w:hAnsi="Aptos"/>
        <w:sz w:val="16"/>
        <w:color w:val="888888"/>
      </w:rPr>
      <w:fldChar w:fldCharType="end"/>
    </w:r>
  </w:p>
</w:ftr>
</file>

<file path=word/footer3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Aptos" w:hAnsi="Aptos"/>
        <w:color w:val="888888"/>
        <w:sz w:val="16"/>
      </w:rPr>
      <w:t xml:space="preserve">© Chippenham Harriers 2026  ·  Generated by HarrierHub  ·  Page </w:t>
    </w:r>
    <w:r>
      <w:rPr>
        <w:rFonts w:ascii="Aptos" w:hAnsi="Aptos"/>
        <w:sz w:val="16"/>
        <w:color w:val="888888"/>
      </w:rPr>
      <w:fldChar w:fldCharType="begin"/>
    </w:r>
    <w:r>
      <w:rPr>
        <w:rFonts w:ascii="Aptos" w:hAnsi="Aptos"/>
        <w:sz w:val="16"/>
        <w:color w:val="888888"/>
      </w:rPr>
      <w:instrText xml:space="preserve"> PAGE </w:instrText>
    </w:r>
    <w:r>
      <w:rPr>
        <w:rFonts w:ascii="Aptos" w:hAnsi="Aptos"/>
        <w:sz w:val="16"/>
        <w:color w:val="888888"/>
      </w:rPr>
      <w:fldChar w:fldCharType="end"/>
    </w:r>
    <w:r>
      <w:rPr>
        <w:rFonts w:ascii="Aptos" w:hAnsi="Aptos"/>
        <w:color w:val="888888"/>
        <w:sz w:val="16"/>
      </w:rPr>
      <w:t xml:space="preserve"> of </w:t>
    </w:r>
    <w:r>
      <w:rPr>
        <w:rFonts w:ascii="Aptos" w:hAnsi="Aptos"/>
        <w:sz w:val="16"/>
        <w:color w:val="888888"/>
      </w:rPr>
      <w:fldChar w:fldCharType="begin"/>
    </w:r>
    <w:r>
      <w:rPr>
        <w:rFonts w:ascii="Aptos" w:hAnsi="Aptos"/>
        <w:sz w:val="16"/>
        <w:color w:val="888888"/>
      </w:rPr>
      <w:instrText xml:space="preserve"> NUMPAGES </w:instrText>
    </w:r>
    <w:r>
      <w:rPr>
        <w:rFonts w:ascii="Aptos" w:hAnsi="Aptos"/>
        <w:sz w:val="16"/>
        <w:color w:val="888888"/>
      </w:rPr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rFonts w:ascii="Aptos" w:hAnsi="Aptos"/>
        <w:color w:val="888888"/>
        <w:sz w:val="16"/>
      </w:rPr>
      <w:t>Standings as at 2026-06-23 - Season 2026</w:t>
    </w:r>
  </w:p>
</w:hdr>
</file>

<file path=word/header2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rFonts w:ascii="Aptos" w:hAnsi="Aptos"/>
        <w:color w:val="888888"/>
        <w:sz w:val="16"/>
      </w:rPr>
      <w:t>Standings as at 2026-06-23 - Season 2026</w:t>
    </w:r>
  </w:p>
</w:hdr>
</file>

<file path=word/header3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rFonts w:ascii="Aptos" w:hAnsi="Aptos"/>
        <w:color w:val="888888"/>
        <w:sz w:val="16"/>
      </w:rPr>
      <w:t>Standings as at 2026-06-23 - Season 2026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before="0" w:after="80"/>
    </w:pPr>
    <w:rPr>
      <w:rFonts w:ascii="Aptos" w:hAnsi="Aptos"/>
      <w:b w:val="0"/>
      <w:color w:val="3D3D3D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40" w:after="80"/>
      <w:outlineLvl w:val="1"/>
    </w:pPr>
    <w:rPr>
      <w:rFonts w:asciiTheme="majorHAnsi" w:eastAsiaTheme="majorEastAsia" w:hAnsiTheme="majorHAnsi" w:cstheme="majorBidi" w:ascii="Aptos" w:hAnsi="Aptos"/>
      <w:b/>
      <w:bCs/>
      <w:color w:val="1A3D7C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 w:ascii="Aptos" w:hAnsi="Aptos"/>
      <w:b/>
      <w:bCs/>
      <w:color w:val="354F7A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  <w:spacing w:before="0" w:after="120"/>
    </w:pPr>
    <w:rPr>
      <w:rFonts w:asciiTheme="majorHAnsi" w:eastAsiaTheme="majorEastAsia" w:hAnsiTheme="majorHAnsi" w:cstheme="majorBidi" w:ascii="Aptos" w:hAnsi="Aptos"/>
      <w:b w:val="0"/>
      <w:i/>
      <w:iCs/>
      <w:color w:val="555555"/>
      <w:spacing w:val="15"/>
      <w:sz w:val="28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header" Target="header1.xml"/><Relationship Id="rId11" Type="http://schemas.openxmlformats.org/officeDocument/2006/relationships/header" Target="header2.xml"/><Relationship Id="rId12" Type="http://schemas.openxmlformats.org/officeDocument/2006/relationships/header" Target="header3.xml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